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B4159" w14:textId="77777777" w:rsidR="0051569C" w:rsidRPr="00DB3B9F" w:rsidRDefault="00000000" w:rsidP="007F0049">
      <w:pPr>
        <w:pStyle w:val="Titre"/>
        <w:rPr>
          <w:lang w:val="fr-CH"/>
        </w:rPr>
      </w:pPr>
      <w:r w:rsidRPr="00DB3B9F">
        <w:rPr>
          <w:lang w:val="fr-CH"/>
        </w:rPr>
        <w:t>Politique de confidentialité</w:t>
      </w:r>
    </w:p>
    <w:p w14:paraId="2E556BF3" w14:textId="77777777" w:rsidR="00276D75" w:rsidRDefault="00000000" w:rsidP="007F0049">
      <w:pPr>
        <w:spacing w:line="240" w:lineRule="auto"/>
        <w:rPr>
          <w:lang w:val="fr-CH"/>
        </w:rPr>
      </w:pPr>
      <w:r w:rsidRPr="00DB3B9F">
        <w:rPr>
          <w:b/>
          <w:lang w:val="fr-CH"/>
        </w:rPr>
        <w:t>Article 1 – Responsable du traitement</w:t>
      </w:r>
      <w:r w:rsidRPr="00DB3B9F">
        <w:rPr>
          <w:b/>
          <w:lang w:val="fr-CH"/>
        </w:rPr>
        <w:br/>
      </w:r>
      <w:r w:rsidRPr="00DB3B9F">
        <w:rPr>
          <w:lang w:val="fr-CH"/>
        </w:rPr>
        <w:t xml:space="preserve">Le traitement des données personnelles est assuré par Hassan Al Gizani </w:t>
      </w:r>
    </w:p>
    <w:p w14:paraId="6993D4B4" w14:textId="77777777" w:rsidR="00276D75" w:rsidRDefault="00276D75" w:rsidP="007F0049">
      <w:pPr>
        <w:spacing w:line="240" w:lineRule="auto"/>
        <w:rPr>
          <w:b/>
          <w:lang w:val="fr-CH"/>
        </w:rPr>
      </w:pPr>
      <w:r w:rsidRPr="00026817">
        <w:rPr>
          <w:lang w:val="fr-CH"/>
        </w:rPr>
        <w:t>Rue Paul-Emile Brandt 2, 2502 Bienne, Suisse</w:t>
      </w:r>
      <w:r w:rsidRPr="00026817">
        <w:rPr>
          <w:lang w:val="fr-CH"/>
        </w:rPr>
        <w:br/>
        <w:t xml:space="preserve">Contact : </w:t>
      </w:r>
      <w:r w:rsidRPr="00026817">
        <w:rPr>
          <w:u w:val="single"/>
          <w:lang w:val="fr-CH"/>
        </w:rPr>
        <w:t>contact@algclub.com</w:t>
      </w:r>
      <w:r w:rsidRPr="00026817">
        <w:rPr>
          <w:lang w:val="fr-CH"/>
        </w:rPr>
        <w:br/>
      </w:r>
    </w:p>
    <w:p w14:paraId="64785318" w14:textId="5E89DA98" w:rsidR="00A34C03" w:rsidRPr="00A34C03" w:rsidRDefault="00000000" w:rsidP="007F0049">
      <w:pPr>
        <w:spacing w:line="240" w:lineRule="auto"/>
        <w:rPr>
          <w:lang w:val="fr-CH"/>
        </w:rPr>
      </w:pPr>
      <w:r w:rsidRPr="00DB3B9F">
        <w:rPr>
          <w:b/>
          <w:lang w:val="fr-CH"/>
        </w:rPr>
        <w:t>Article 2 – Données collectées</w:t>
      </w:r>
      <w:r w:rsidRPr="00DB3B9F">
        <w:rPr>
          <w:b/>
          <w:lang w:val="fr-CH"/>
        </w:rPr>
        <w:br/>
      </w:r>
      <w:r w:rsidR="00A34C03" w:rsidRPr="00A34C03">
        <w:rPr>
          <w:lang w:val="fr-CH"/>
        </w:rPr>
        <w:t>Les données collectées sont : prénom, adresse électronique, numéro de téléphone, fournies volontairement via les formulaires du site.</w:t>
      </w:r>
    </w:p>
    <w:p w14:paraId="39B856F7" w14:textId="5A0AE8D5" w:rsidR="0051569C" w:rsidRPr="00DB3B9F" w:rsidRDefault="00A34C03" w:rsidP="007F0049">
      <w:pPr>
        <w:spacing w:line="240" w:lineRule="auto"/>
        <w:rPr>
          <w:lang w:val="fr-CH"/>
        </w:rPr>
      </w:pPr>
      <w:r w:rsidRPr="00A34C03">
        <w:rPr>
          <w:lang w:val="fr-CH"/>
        </w:rPr>
        <w:t>Des données techniques peuvent également être collectées automatiquement lors de la navigation (telles que l’adresse IP, données de connexion et journaux de serveur), à des fins de sécurité et de bon fonctionnement du site.</w:t>
      </w:r>
    </w:p>
    <w:p w14:paraId="6CC1D410" w14:textId="77777777" w:rsidR="00A34C03" w:rsidRPr="00A34C03" w:rsidRDefault="00000000" w:rsidP="007F0049">
      <w:pPr>
        <w:spacing w:line="240" w:lineRule="auto"/>
        <w:rPr>
          <w:lang w:val="fr-CH"/>
        </w:rPr>
      </w:pPr>
      <w:r w:rsidRPr="00DB3B9F">
        <w:rPr>
          <w:b/>
          <w:lang w:val="fr-CH"/>
        </w:rPr>
        <w:t>Article 3 – Finalité de la collecte</w:t>
      </w:r>
      <w:r w:rsidRPr="00DB3B9F">
        <w:rPr>
          <w:b/>
          <w:lang w:val="fr-CH"/>
        </w:rPr>
        <w:br/>
      </w:r>
      <w:r w:rsidR="00A34C03" w:rsidRPr="00A34C03">
        <w:rPr>
          <w:lang w:val="fr-CH"/>
        </w:rPr>
        <w:t>Les données collectées sont utilisées pour :</w:t>
      </w:r>
    </w:p>
    <w:p w14:paraId="62F1491F" w14:textId="77777777" w:rsidR="00A34C03" w:rsidRPr="00A34C03" w:rsidRDefault="00A34C03" w:rsidP="007F0049">
      <w:pPr>
        <w:numPr>
          <w:ilvl w:val="0"/>
          <w:numId w:val="10"/>
        </w:numPr>
        <w:spacing w:line="240" w:lineRule="auto"/>
        <w:rPr>
          <w:lang w:val="fr-CH"/>
        </w:rPr>
      </w:pPr>
      <w:r w:rsidRPr="00A34C03">
        <w:rPr>
          <w:lang w:val="fr-CH"/>
        </w:rPr>
        <w:t>la gestion des inscriptions et des accès aux services,</w:t>
      </w:r>
    </w:p>
    <w:p w14:paraId="5D8F05E6" w14:textId="77777777" w:rsidR="00A34C03" w:rsidRPr="00A34C03" w:rsidRDefault="00A34C03" w:rsidP="007F0049">
      <w:pPr>
        <w:numPr>
          <w:ilvl w:val="0"/>
          <w:numId w:val="10"/>
        </w:numPr>
        <w:spacing w:line="240" w:lineRule="auto"/>
        <w:rPr>
          <w:lang w:val="fr-CH"/>
        </w:rPr>
      </w:pPr>
      <w:r w:rsidRPr="00A34C03">
        <w:rPr>
          <w:lang w:val="fr-CH"/>
        </w:rPr>
        <w:t>la communication avec les utilisateurs,</w:t>
      </w:r>
    </w:p>
    <w:p w14:paraId="52E22803" w14:textId="77777777" w:rsidR="00A34C03" w:rsidRPr="00A34C03" w:rsidRDefault="00A34C03" w:rsidP="007F0049">
      <w:pPr>
        <w:numPr>
          <w:ilvl w:val="0"/>
          <w:numId w:val="10"/>
        </w:numPr>
        <w:spacing w:line="240" w:lineRule="auto"/>
        <w:rPr>
          <w:lang w:val="fr-CH"/>
        </w:rPr>
      </w:pPr>
      <w:r w:rsidRPr="00A34C03">
        <w:rPr>
          <w:lang w:val="fr-CH"/>
        </w:rPr>
        <w:t>la gestion des paiements et de la facturation,</w:t>
      </w:r>
    </w:p>
    <w:p w14:paraId="6FED1918" w14:textId="6C93C520" w:rsidR="0051569C" w:rsidRPr="00A34C03" w:rsidRDefault="00A34C03" w:rsidP="007F0049">
      <w:pPr>
        <w:numPr>
          <w:ilvl w:val="0"/>
          <w:numId w:val="10"/>
        </w:numPr>
        <w:spacing w:line="240" w:lineRule="auto"/>
        <w:rPr>
          <w:lang w:val="fr-CH"/>
        </w:rPr>
      </w:pPr>
      <w:r w:rsidRPr="00A34C03">
        <w:rPr>
          <w:lang w:val="fr-CH"/>
        </w:rPr>
        <w:t>l’envoi d’informations relatives aux services, aux nouveautés et aux offres (si l’utilisateur y a consenti).</w:t>
      </w:r>
    </w:p>
    <w:p w14:paraId="75E8A5FA" w14:textId="77777777" w:rsidR="0051569C" w:rsidRPr="00DB3B9F" w:rsidRDefault="00000000" w:rsidP="007F0049">
      <w:pPr>
        <w:spacing w:line="240" w:lineRule="auto"/>
        <w:rPr>
          <w:lang w:val="fr-CH"/>
        </w:rPr>
      </w:pPr>
      <w:r w:rsidRPr="00DB3B9F">
        <w:rPr>
          <w:b/>
          <w:lang w:val="fr-CH"/>
        </w:rPr>
        <w:t>Article 4 – Base légale</w:t>
      </w:r>
      <w:r w:rsidRPr="00DB3B9F">
        <w:rPr>
          <w:b/>
          <w:lang w:val="fr-CH"/>
        </w:rPr>
        <w:br/>
      </w:r>
      <w:r w:rsidRPr="00DB3B9F">
        <w:rPr>
          <w:lang w:val="fr-CH"/>
        </w:rPr>
        <w:t>Le traitement est fondé sur le consentement libre et éclairé de l’utilisateur.</w:t>
      </w:r>
    </w:p>
    <w:p w14:paraId="01237BDE" w14:textId="77777777" w:rsidR="00A34C03" w:rsidRPr="00A34C03" w:rsidRDefault="00A34C03" w:rsidP="007F0049">
      <w:pPr>
        <w:spacing w:line="240" w:lineRule="auto"/>
        <w:rPr>
          <w:bCs/>
          <w:lang w:val="fr-CH"/>
        </w:rPr>
      </w:pPr>
      <w:r w:rsidRPr="00A34C03">
        <w:rPr>
          <w:bCs/>
          <w:lang w:val="fr-CH"/>
        </w:rPr>
        <w:t>Les données peuvent transiter par :</w:t>
      </w:r>
    </w:p>
    <w:p w14:paraId="4953A4A7" w14:textId="77777777" w:rsidR="00A34C03" w:rsidRPr="00A34C03" w:rsidRDefault="00A34C03" w:rsidP="007F0049">
      <w:pPr>
        <w:numPr>
          <w:ilvl w:val="0"/>
          <w:numId w:val="11"/>
        </w:numPr>
        <w:spacing w:line="240" w:lineRule="auto"/>
        <w:rPr>
          <w:bCs/>
          <w:lang w:val="fr-CH"/>
        </w:rPr>
      </w:pPr>
      <w:r w:rsidRPr="00A34C03">
        <w:rPr>
          <w:bCs/>
          <w:lang w:val="fr-CH"/>
        </w:rPr>
        <w:t>Hostinger (hébergement et stockage),</w:t>
      </w:r>
    </w:p>
    <w:p w14:paraId="28E06C91" w14:textId="77777777" w:rsidR="00A34C03" w:rsidRPr="00A34C03" w:rsidRDefault="00A34C03" w:rsidP="007F0049">
      <w:pPr>
        <w:numPr>
          <w:ilvl w:val="0"/>
          <w:numId w:val="11"/>
        </w:numPr>
        <w:spacing w:line="240" w:lineRule="auto"/>
        <w:rPr>
          <w:bCs/>
          <w:lang w:val="fr-CH"/>
        </w:rPr>
      </w:pPr>
      <w:r w:rsidRPr="00A34C03">
        <w:rPr>
          <w:bCs/>
          <w:lang w:val="fr-CH"/>
        </w:rPr>
        <w:t>Stripe (paiements sécurisés).</w:t>
      </w:r>
    </w:p>
    <w:p w14:paraId="44B1CA12" w14:textId="77777777" w:rsidR="00A34C03" w:rsidRPr="00A34C03" w:rsidRDefault="00A34C03" w:rsidP="007F0049">
      <w:pPr>
        <w:spacing w:line="240" w:lineRule="auto"/>
        <w:rPr>
          <w:bCs/>
          <w:lang w:val="fr-CH"/>
        </w:rPr>
      </w:pPr>
      <w:r w:rsidRPr="00A34C03">
        <w:rPr>
          <w:bCs/>
          <w:lang w:val="fr-CH"/>
        </w:rPr>
        <w:t>Les paiements sont traités directement par Stripe. ALG Club n’a pas accès aux informations complètes de paiement (telles que le numéro de carte bancaire).</w:t>
      </w:r>
    </w:p>
    <w:p w14:paraId="67DB5EB4" w14:textId="77777777" w:rsidR="0051569C" w:rsidRPr="00DB3B9F" w:rsidRDefault="00000000" w:rsidP="007F0049">
      <w:pPr>
        <w:spacing w:line="240" w:lineRule="auto"/>
        <w:rPr>
          <w:lang w:val="fr-CH"/>
        </w:rPr>
      </w:pPr>
      <w:r w:rsidRPr="00DB3B9F">
        <w:rPr>
          <w:b/>
          <w:lang w:val="fr-CH"/>
        </w:rPr>
        <w:t>Article 6 – Durée de conservation</w:t>
      </w:r>
      <w:r w:rsidRPr="00DB3B9F">
        <w:rPr>
          <w:b/>
          <w:lang w:val="fr-CH"/>
        </w:rPr>
        <w:br/>
      </w:r>
      <w:r w:rsidRPr="00DB3B9F">
        <w:rPr>
          <w:lang w:val="fr-CH"/>
        </w:rPr>
        <w:t>Les données sont conservées aussi longtemps que nécessaire ou jusqu’à demande de suppression.</w:t>
      </w:r>
    </w:p>
    <w:p w14:paraId="4D32189B" w14:textId="77777777" w:rsidR="00A34C03" w:rsidRPr="00A34C03" w:rsidRDefault="00000000" w:rsidP="007F0049">
      <w:pPr>
        <w:spacing w:line="240" w:lineRule="auto"/>
        <w:rPr>
          <w:lang w:val="fr-CH"/>
        </w:rPr>
      </w:pPr>
      <w:r w:rsidRPr="00DB3B9F">
        <w:rPr>
          <w:b/>
          <w:lang w:val="fr-CH"/>
        </w:rPr>
        <w:t>Article 7 – Droits de l’utilisateur</w:t>
      </w:r>
      <w:r w:rsidRPr="00DB3B9F">
        <w:rPr>
          <w:b/>
          <w:lang w:val="fr-CH"/>
        </w:rPr>
        <w:br/>
      </w:r>
      <w:r w:rsidR="00A34C03" w:rsidRPr="00A34C03">
        <w:rPr>
          <w:lang w:val="fr-CH"/>
        </w:rPr>
        <w:t>Conformément à la législation applicable (RGPD / LPD Suisse), l’utilisateur dispose des droits suivants :</w:t>
      </w:r>
    </w:p>
    <w:p w14:paraId="15E6BDB0" w14:textId="77777777" w:rsidR="00A34C03" w:rsidRPr="00A34C03" w:rsidRDefault="00A34C03" w:rsidP="007F0049">
      <w:pPr>
        <w:numPr>
          <w:ilvl w:val="0"/>
          <w:numId w:val="12"/>
        </w:numPr>
        <w:spacing w:line="240" w:lineRule="auto"/>
        <w:rPr>
          <w:lang w:val="fr-CH"/>
        </w:rPr>
      </w:pPr>
      <w:r w:rsidRPr="00A34C03">
        <w:rPr>
          <w:lang w:val="fr-CH"/>
        </w:rPr>
        <w:t>droit d’accès à ses données,</w:t>
      </w:r>
    </w:p>
    <w:p w14:paraId="5007D870" w14:textId="77777777" w:rsidR="00A34C03" w:rsidRPr="00A34C03" w:rsidRDefault="00A34C03" w:rsidP="007F0049">
      <w:pPr>
        <w:numPr>
          <w:ilvl w:val="0"/>
          <w:numId w:val="12"/>
        </w:numPr>
        <w:spacing w:line="240" w:lineRule="auto"/>
        <w:rPr>
          <w:lang w:val="fr-CH"/>
        </w:rPr>
      </w:pPr>
      <w:r w:rsidRPr="00A34C03">
        <w:rPr>
          <w:lang w:val="fr-CH"/>
        </w:rPr>
        <w:t>droit de rectification,</w:t>
      </w:r>
    </w:p>
    <w:p w14:paraId="58070FD0" w14:textId="77777777" w:rsidR="00A34C03" w:rsidRPr="00A34C03" w:rsidRDefault="00A34C03" w:rsidP="007F0049">
      <w:pPr>
        <w:numPr>
          <w:ilvl w:val="0"/>
          <w:numId w:val="12"/>
        </w:numPr>
        <w:spacing w:line="240" w:lineRule="auto"/>
        <w:rPr>
          <w:lang w:val="fr-CH"/>
        </w:rPr>
      </w:pPr>
      <w:r w:rsidRPr="00A34C03">
        <w:rPr>
          <w:lang w:val="fr-CH"/>
        </w:rPr>
        <w:lastRenderedPageBreak/>
        <w:t>droit de suppression,</w:t>
      </w:r>
    </w:p>
    <w:p w14:paraId="21F67136" w14:textId="77777777" w:rsidR="00A34C03" w:rsidRPr="00A34C03" w:rsidRDefault="00A34C03" w:rsidP="007F0049">
      <w:pPr>
        <w:numPr>
          <w:ilvl w:val="0"/>
          <w:numId w:val="12"/>
        </w:numPr>
        <w:spacing w:line="240" w:lineRule="auto"/>
        <w:rPr>
          <w:lang w:val="fr-CH"/>
        </w:rPr>
      </w:pPr>
      <w:r w:rsidRPr="00A34C03">
        <w:rPr>
          <w:lang w:val="fr-CH"/>
        </w:rPr>
        <w:t>droit à la limitation du traitement,</w:t>
      </w:r>
    </w:p>
    <w:p w14:paraId="0661E582" w14:textId="77777777" w:rsidR="00A34C03" w:rsidRPr="00A34C03" w:rsidRDefault="00A34C03" w:rsidP="007F0049">
      <w:pPr>
        <w:numPr>
          <w:ilvl w:val="0"/>
          <w:numId w:val="12"/>
        </w:numPr>
        <w:spacing w:line="240" w:lineRule="auto"/>
        <w:rPr>
          <w:lang w:val="fr-CH"/>
        </w:rPr>
      </w:pPr>
      <w:r w:rsidRPr="00A34C03">
        <w:rPr>
          <w:lang w:val="fr-CH"/>
        </w:rPr>
        <w:t>droit d’opposition,</w:t>
      </w:r>
    </w:p>
    <w:p w14:paraId="74AE6B3D" w14:textId="77777777" w:rsidR="00A34C03" w:rsidRDefault="00A34C03" w:rsidP="007F0049">
      <w:pPr>
        <w:numPr>
          <w:ilvl w:val="0"/>
          <w:numId w:val="12"/>
        </w:numPr>
        <w:spacing w:line="240" w:lineRule="auto"/>
        <w:rPr>
          <w:lang w:val="fr-CH"/>
        </w:rPr>
      </w:pPr>
      <w:r w:rsidRPr="00A34C03">
        <w:rPr>
          <w:lang w:val="fr-CH"/>
        </w:rPr>
        <w:t>droit à la portabilité des données.</w:t>
      </w:r>
    </w:p>
    <w:p w14:paraId="6F324FE6" w14:textId="2A109A8C" w:rsidR="00813F7B" w:rsidRPr="00813F7B" w:rsidRDefault="00813F7B" w:rsidP="00813F7B">
      <w:pPr>
        <w:spacing w:before="100" w:beforeAutospacing="1" w:after="100" w:afterAutospacing="1" w:line="240" w:lineRule="auto"/>
        <w:ind w:left="360"/>
        <w:rPr>
          <w:u w:val="single"/>
          <w:lang w:val="fr-CH"/>
        </w:rPr>
      </w:pPr>
      <w:r w:rsidRPr="00813F7B">
        <w:rPr>
          <w:lang w:val="fr-CH"/>
        </w:rPr>
        <w:t xml:space="preserve">Ces droits peuvent être exercés en adressant une demande à : </w:t>
      </w:r>
      <w:r w:rsidRPr="00813F7B">
        <w:rPr>
          <w:u w:val="single"/>
          <w:lang w:val="fr-CH"/>
        </w:rPr>
        <w:t>contact@algclub.com</w:t>
      </w:r>
    </w:p>
    <w:p w14:paraId="07C0AD39" w14:textId="490DEE25" w:rsidR="0051569C" w:rsidRPr="00A34C03" w:rsidRDefault="00000000" w:rsidP="007F0049">
      <w:pPr>
        <w:spacing w:line="240" w:lineRule="auto"/>
        <w:rPr>
          <w:lang w:val="fr-CH"/>
        </w:rPr>
      </w:pPr>
      <w:r w:rsidRPr="00DB3B9F">
        <w:rPr>
          <w:b/>
          <w:lang w:val="fr-CH"/>
        </w:rPr>
        <w:t>Article 8 – Cookies</w:t>
      </w:r>
      <w:r w:rsidRPr="00DB3B9F">
        <w:rPr>
          <w:b/>
          <w:lang w:val="fr-CH"/>
        </w:rPr>
        <w:br/>
      </w:r>
      <w:r w:rsidR="00A34C03" w:rsidRPr="00A34C03">
        <w:rPr>
          <w:lang w:val="fr-CH"/>
        </w:rPr>
        <w:t>Le site utilise uniquement des cookies strictement nécessaires au bon fonctionnement technique.</w:t>
      </w:r>
      <w:r w:rsidR="00A34C03" w:rsidRPr="00A34C03">
        <w:rPr>
          <w:lang w:val="fr-CH"/>
        </w:rPr>
        <w:br/>
        <w:t>Aucun cookie à finalité marketing n’est actuellement utilisé.</w:t>
      </w:r>
      <w:r w:rsidR="00A34C03" w:rsidRPr="00A34C03">
        <w:rPr>
          <w:lang w:val="fr-CH"/>
        </w:rPr>
        <w:br/>
        <w:t>En cas de modification, une politique dédiée aux cookies sera publiée et mise à jour.</w:t>
      </w:r>
    </w:p>
    <w:sectPr w:rsidR="0051569C" w:rsidRPr="00A34C0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A3288A"/>
    <w:multiLevelType w:val="multilevel"/>
    <w:tmpl w:val="CF8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45CB1"/>
    <w:multiLevelType w:val="multilevel"/>
    <w:tmpl w:val="830C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8E73C6"/>
    <w:multiLevelType w:val="multilevel"/>
    <w:tmpl w:val="79AE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928535">
    <w:abstractNumId w:val="8"/>
  </w:num>
  <w:num w:numId="2" w16cid:durableId="773087491">
    <w:abstractNumId w:val="6"/>
  </w:num>
  <w:num w:numId="3" w16cid:durableId="754714235">
    <w:abstractNumId w:val="5"/>
  </w:num>
  <w:num w:numId="4" w16cid:durableId="1953317813">
    <w:abstractNumId w:val="4"/>
  </w:num>
  <w:num w:numId="5" w16cid:durableId="303125938">
    <w:abstractNumId w:val="7"/>
  </w:num>
  <w:num w:numId="6" w16cid:durableId="1531457032">
    <w:abstractNumId w:val="3"/>
  </w:num>
  <w:num w:numId="7" w16cid:durableId="708259341">
    <w:abstractNumId w:val="2"/>
  </w:num>
  <w:num w:numId="8" w16cid:durableId="669405851">
    <w:abstractNumId w:val="1"/>
  </w:num>
  <w:num w:numId="9" w16cid:durableId="222910948">
    <w:abstractNumId w:val="0"/>
  </w:num>
  <w:num w:numId="10" w16cid:durableId="977687573">
    <w:abstractNumId w:val="9"/>
  </w:num>
  <w:num w:numId="11" w16cid:durableId="789251809">
    <w:abstractNumId w:val="10"/>
  </w:num>
  <w:num w:numId="12" w16cid:durableId="12562806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6D75"/>
    <w:rsid w:val="0029639D"/>
    <w:rsid w:val="00326F90"/>
    <w:rsid w:val="003F1A0C"/>
    <w:rsid w:val="0051569C"/>
    <w:rsid w:val="00746BA1"/>
    <w:rsid w:val="007F0049"/>
    <w:rsid w:val="00813F7B"/>
    <w:rsid w:val="00A34C03"/>
    <w:rsid w:val="00AA1D8D"/>
    <w:rsid w:val="00B47730"/>
    <w:rsid w:val="00C7780E"/>
    <w:rsid w:val="00CB0664"/>
    <w:rsid w:val="00DB3B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ECF42"/>
  <w14:defaultImageDpi w14:val="300"/>
  <w15:docId w15:val="{0B13F982-1C7B-48AC-8383-54CFFB55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DB3B9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3B9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34C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Algizani Hussein Ali Jassim, BFB student</cp:lastModifiedBy>
  <cp:revision>6</cp:revision>
  <dcterms:created xsi:type="dcterms:W3CDTF">2025-09-28T09:25:00Z</dcterms:created>
  <dcterms:modified xsi:type="dcterms:W3CDTF">2025-09-28T09:38:00Z</dcterms:modified>
  <cp:category/>
</cp:coreProperties>
</file>